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אבטחת מידע ברשת - הונאות צרכניות ודרכי התמודדות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אזהרה אופייניים להונאות מקוונות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מהי הפעולה הנכונה כשמקבלים הודעה חשודה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שיחה תומכת עם מישהו שכמעט נפל בהונאה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מצבי הונאה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 שולחים את הקוד ומראים את ההודעה למבוגר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לגרום לאדם למסור מידע אישי כמו סיסמה או 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הודעה שנראית אמינה יכולה להיות הונאה, תמיד כדאי לבדוק מול הבנק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מבוגר יכול לעזור לזהות הונאה ולהחליט מה לעשות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(הודעה מזויפת שמנסה לגנוב מידע אישי)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(מספר חד פעמי שמאמת שאנחנו אנחנו)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(שכבת הגנה נוספת מעבר לסיסמה)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(ניסיון להונות לקוחות כדי לקבל כסף או מידע)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הנכונים להתמודדות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מקבלים הודעה או שיחה חשודה שמבקשת מידע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לוחצים על קישורים ולא עונים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מול המקור הרשמי, למשל מתקשרים בעצמנו למספר הידוע של הבנק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מראים את ההודעה למבוגר אחראי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הכרה ברגשות שלה בלי ביקורת, הסבר רגוע שזה קורה להרבה אנשים, הצעה לבדוק יחד מול הבנק, עידוד לשתף מישהו בפעם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ללחוץ ולא לשלוח כלום, ולהראות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לחץ זמן, בקשת קוד או סיסמה, או הצעה לא הגיונית מדי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לעודד שיתוף פעולה, למנוע הישנות המקרה ולחזק חוסן נפשי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הודעה חשודה שתלמידים נתקלו בה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המשפט "לא שולחים, מראים למבוגר" כמסר מרכזי וקבוע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במשימת הכתיבה על הסבתא למשחק תפקידים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אבטחת מידע ברשת - הונאות צרכניות ודרכי התמודדות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ברשת מסתובבות הודעות ושיחות שמנסות לגרום לנו למסור קוד, סיסמה או כסף. בדף הזה נלמד לזהות סימני אזהרה ולדעת מה עושים כשמשהו נראה חשוד.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להראות  ·  הונאה  ·  לחץ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מצבי הונאה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קיבלת הודעה: "זכית בפרס! שלח את קוד האימות שקיבלת". מה הפעולה הנכונה?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שולחים את הקוד מיד כדי לקבל את הפרס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 שולחים את הקוד ומראים את ההודעה למבוגר 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עונים להודעה ושואלים פרטים נוספים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המטרה העיקרית של הונאת "פישינג"?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לגרום לאדם למסור מידע אישי כמו סיסמה או 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למכור מוצר באיכות נמוכה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לפרסם מודעה חוקית לעסק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הודעה נראית אמינה ומגיעה כביכול מהבנק, אפשר תמיד לסמוך עליה ולמסור פרטים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הצגת ההודעה למבוגר אחראי היא דרך טובה להתמודד עם חשד להונאה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הודעה שמבקשת לשלוח קוד אימות או סיסמה היא לרוב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כשמקבלים הודעה חשודה, הפעולה הראשונה היא לא ללחוץ ו__________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נוכלים משתמשים לעיתים ב__________ זמן כדי למנוע מהקורבן לחשוב בשקט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פישינג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שכבת הגנה נוספת מעבר לסיסמה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קוד אימות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הודעה מזויפת שמנסה לגנוב מידע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אימות דו-שלבי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ניסיון להונות לקוחות כדי לקבל כסף או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הונאה צרכנית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מספר חד פעמי שמאמת שאנחנו אנחנו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הנכונים להתמודדות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לא לוחצים על קישורים ולא עונים 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מול המקור הרשמי, למשל מתקשרים בעצמנו למספר הידוע של הבנק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מראים את ההודעה למבוגר אחראי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מקבלים הודעה או שיחה חשודה שמבקשת מידע אישי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סבתא שלכם כמעט מסרה קוד לאדם שהתקשר ונשמע אמין, והיא חוששת להודות בזה. כתבו איך תדברו איתה בלי לבייש אותה, ומה תציעו לעשות בהמשך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הפעולה הראשונה שצריך לעשות כשמקבלים הודעה חשודה המבקשת קוד?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לסימן אזהרה בהודעת הונאה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אבטחת מידע ברשת - הונאות צרכניות ודרכי התמודדות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