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אבטחת מידע ברשת - הונאות צרכניות ודרכי התמודדות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אזהרה אופייניים להונאות מקוונות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מהי הפעולה הנכונה כשמקבלים הודעה חשודה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שיחה תומכת עם מישהו שכמעט נפל בהונאה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מצבי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שולחים את הקוד ומראים את ההודעה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לגרום לאדם למסור מידע אישי כמו סיסמה או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לנתק ולהתקשר בעצמנו למספר הרשמי של 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למנוע מהקורבן זמן לבדוק ולחשוב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מוסיף שלב בדיקה נוסף מעבר לסיסמה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הודעה שנראית אמינה יכולה להיות הונאה, תמיד כדאי לבדוק מול הבנק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קישור חשוד עלול להוביל לאתר מזויף שגונב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מבוגר יכול לעזור לזהות הונאה ולהחליט מה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בקשה כזו היא סימן אזהרה אופייני להונאה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אנשים זהירים נופלים בהונאות מתוחכמות, חשוב לדבר על זה בלי בושה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דו-שלבי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(הודעה מזויפת שמנסה לגנוב מידע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(מספר חד פעמי שמאמת שאנחנו אנחנו)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(שכבת הגנה נוספת מעבר לסיסמה)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(ניסיון להונות לקוחות כדי לקבל כסף או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(היכולת להתמודד עם קושי ולהמשיך הלאה)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או שיחה חשודה שמבקשת מידע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לוחצים על קישורים ולא עונים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מול המקור הרשמי, למשל מתקשרים בעצמנו למספר הידוע של 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מראים את ההודעה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יחד איך להגיב ומדווחים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הכרה ברגשות שלה בלי ביקורת, הסבר רגוע שזה קורה להרבה אנשים, הצעה לבדוק יחד מול הבנק, עידוד לשתף מישהו בפעם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דוגמאות אפשריות: לחץ זמן, בקשת קוד או סיסמה, הבטחת פרס גדול מדי, שגיאות כתיב, כתובת שולח מוזרה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ללחוץ ולא לשלוח כלום, ולהראות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לחץ זמן, בקשת קוד או סיסמה, או הצעה לא הגיונית מדי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לעודד שיתוף פעולה, למנוע הישנות המקרה ולחזק חוסן נפשי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הודעה חשודה שתלמידים נתקלו בה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המשפט "לא שולחים, מראים למבוגר" כמסר מרכזי וקבוע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במשימת הכתיבה על הסבתא למשחק תפקידים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אבטחת מידע ברשת - הונאות צרכניות ודרכי התמודדות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מקבלים הודעה שמבקשת קוד או סיסמה. זו יכולה להיות הונאה. בדף הזה לומדים איך לזהות את זה ומה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להונות אדם כדי לקבל ממנו כסף או מידע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פישינג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מזויפת שמנסה לגנוב סיסמה או מידע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אימות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חד פעמי שמאשר שאנחנו באמת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סיסמה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מספר סודי ששומר על חשבון פרטי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אימות דו-שלבי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שכבת הגנה נוספת מעבר לסיסמה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 בדויה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כשמישהו מתחזה לאדם או גוף שהוא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נפשי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ולהמשיך הלאה בלי בושה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מצבי הונאה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 הודעה שמבקשת לשלוח קוד כדי לזכות בפרס.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שולחים את הקוד מיד כדי לקבל את הפרס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שולחים את הקוד ומראים את ההודעה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להודעה ושואלים פרטים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ההודעה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נוכלים שולחים הודעות מזויפות?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לגרום לאדם למסור מידע אישי כמו סיסמה או 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למכור מוצר באיכות נמוכה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מודעה חוקית לעסק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מהירות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מתקשר מישהו שאומר שהוא מהבנק ומבקש פרטים.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למסור את מספר כרטיס האשראי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לנתק ולהתקשר בעצמנו למספר הרשמי של 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את השיחה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צילום מסך של הסיסמה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הודעות הונאה ממהרות אותנו להחליט?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לגרום לקורבן לחשוב בקור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למנוע מהקורבן זמן לבדוק ולחשוב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לשפר את השירות ללקוח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לעמוד בתקנות הגנת הצרכן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אימות דו-שלבי?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הופך את החשבון לפחות מאובטח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מוסיף שלב בדיקה נוסף מעבר לסיסמה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מיועד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מבטל את הצורך בסיסמה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הודעה נראית אמינה ומגיעה כביכול מהבנק, אפשר תמיד לסמוך עליה ולמסור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קישור בהודעה לא ידועה רק כדי "לבדוק מה זה" בלי שום סיכון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ההודעה למבוגר אחראי היא דרך טובה להתמודד עם חשד להונאה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חברות ובנקים אמיתיים אף פעם לא מבקשים לשלוח קוד אימות או סיסמה מלאה בהודעה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נפילה בהונאה היא תמיד סימן לכך שאדם לא זהיר או טיפש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הודעה שמבקשת לשלוח קוד אימות או סיסמה היא לרוב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כשמקבלים הודעה חשודה, הפעולה הראשונה היא לא ללחוץ ו__________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נוכלים משתמשים לעיתים ב__________ זמן כדי למנוע מהקורבן לחשוב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שיטת הגנה שמוסיפה שלב בדיקה נוסף מעבר לסיסמה נקראת אימות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פישינג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שכבת הגנה נוספת מעבר לסיסמה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קוד אימות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הודעה מזויפת שמנסה לגנוב מידע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אימות דו-שלבי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ניסיון להונות לקוחות כדי לקבל כסף או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הונאה צרכנית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להתמודד עם קושי ולהמשיך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 נפשי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חד פעמי שמאמת שאנחנו אנחנו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 להתמודדות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מול המקור הרשמי, למשל מתקשרים בעצמנו למספר הידוע של הבנק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או שיחה חשודה שמבקשת מידע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לוחצים על קישורים ולא עונים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יחד איך להגיב ומדווחים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מראים את ההודעה למבוגר אחראי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סבתא שלכם כמעט מסרה קוד לאדם שהתקשר ונשמע אמין, והיא חוששת להודות בזה. כתבו איך תדברו איתה בלי לבייש אותה, ומה תציעו לעשות בהמשך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סימנים שיכולים לעזור לזהות הודעת הונאה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הפעולה הראשונה שצריך לעשות כשמקבלים הודעה חשודה המבקשת קוד?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אזהרה בהודעת הונאה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לדבר על הונאה בלי לבייש את מי שכמעט נפל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אבטחת מידע ברשת - הונאות צרכניות ודרכי התמודדות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